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שורה שגויה בקבלה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הנחה באחוזים ולבדוק סכום לתשלום ועודף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חשוב לבדוק קבלות בכל קניה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320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שורת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320 כפול 0.25 שווה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מבוסס על הנחה שגויה של 60 ₪ במקום 80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בדיקה מונעת תשלום מיותר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ההגדרה של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הנחה לא יכולה להיות גדולה מהמחיר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1. 0.25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(מסמך שמפרט מה קנינו ובכמה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(הורדה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(הסכום הסופי שצריך לשלם)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(ההפרש בין מה ששילמנו למה שהיינו צריכים לשלם)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(חלק ממאה, משמש לחישוב הנחות)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בדיקת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שמחירי הפריטים תואמים את המחיר בחנות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שההנחה חושבה נכון לפי האחוז שכתוב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את כל הסכומים ולוודא שה'סה״כ לתשלום'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שהעודף שווה להפרש בין הסכום ששולם לסה״כ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תקנו את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ההנחה הנכונה: 80 ₪. סה״כ לתשלום הנכון: 320 ₪. העודף הנכון: 180 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שורת ההנחה (-60 ₪ במקום -80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80 ₪ (25% מ-320 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לוודא שלא שילמנו יותר מדי ולזהות טעויות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קבלות אמיתיות מהבית ולתרגל בדיקה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את חישוב האחוזים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להסביר בקול רם איך מצאו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בודקים קבלה –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בקבלה כתוב כמה דברים עולים וכמה כסף צריך לשלם. לפעמים יש טעות בקבלה. נלמד איך לבדוק אם הקבלה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נייר שמראה מה קנינו ובכמה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מהמחיר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ממאה, משמש לחישוב 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סה״כ לתשלום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הסופי שצריך לשלם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שהקונה נתן בפועל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שחוזר לקונה כששילם יותר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25% מ-320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הסכום האמיתי לתשלום אחרי ההנחה הנכונה?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כסף חוזר לקונה אם שילם 500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הטעות בקבלה?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מחיר הנעליים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מחיר הכדורסל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שורת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הסכום ששולם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עולים שני הפריטים ביחד?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זה 25% מ-400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25% הנחה על נעליים שמחירן 320 ₪ צריכה להיות 80 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הסכום 'סה״כ לתשלום' בקבלה המקורית מחושב נכון.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לבדוק קבלה כדי לוודא שלא שילמנו יותר מדי.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הוא ההפרש בין הסכום ששולם לבין הסכום לתשלום.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ההנחה הרשומה גדולה מהמחיר המקורי של הפריט, זה בטוח סימן לטעות בקבלה.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לחשב 25% הנחה, מכפילים את המחיר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מחיר הנעליים לפני 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הסכום הכולל של שני הפריטים לפני הנחה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סה״כ לתשלום הנכון הוא 320 ₪ ושולמו 500 ₪, העודף הנכון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ה-__________ היא הסכום שחוזר לקונה כששילם יותר ממה שצריך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ההפרש בין מה ששילמנו למה שהיינו צריכים לשלם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מסמך שמפרט מה קנינו ובכמה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סה״כ לתשלום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ממאה, משמש לחישוב הנחות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הורדה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הסכום הסופי שצריך לשלם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בדיקת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שההנחה חושבה נכון לפי האחוז שכתוב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שהעודף שווה להפרש בין הסכום ששולם לסה״כ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שמחירי הפריטים תואמים את המחיר בחנות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את כל הסכומים ולוודא שה'סה״כ לתשלום'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תקנו את הקבלה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השורה השגויה בקבלה שבדף, ותקנו את שלושת הסכומים שמושפעים מהטעות: ההנחה, הסכום לתשלום והעודף.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שורה בקבלה היתה שגויה?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ההנחה הנכונה על הנעליים?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לבדוק קבלות בכל קניה?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בודקים קבלה –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