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בודקים קבלה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שורה שגויה בקבלה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הנחה באחוזים ולבדוק סכום לתשלום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חשוב לבדוק קבלות בכל קניה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180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320 כפול 0.25 שווה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בדיקה מונעת תשלום מיותר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1. 0.25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(מסמך שמפרט מה קנינו ובכמה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(הורדה מהמחיר המקורי)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(הסכום הסופי שצריך לשלם)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בדיקת הקבלה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שמחירי הפריטים תואמים את המחיר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שההנחה חושבה נכון לפי האחוז 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לחבר את כל הסכומים ולוודא שה'סה״כ לתשלום'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שהעודף שווה להפרש בין הסכום ששולם לסה״כ לתשלום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תקנו את הקבלה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שורת ההנחה (-60 ₪ במקום -80 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80 ₪ (25% מ-320 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שלא שילמנו יותר מדי ולזהות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קבלות אמיתיות מהבית ולתרגל בדיקה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חישוב האחוזים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להסביר בקול רם איך מצאו את הטעות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בודקים קבלה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קבלה כתובים מחירים, הנחות, סכום לתשלום ועודף. לפעמים יש בה טעות, ולכן חשוב לדעת לבדוק את החישובים בעצמנו.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320  ·  0.25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על הקבלה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עולה 25% הנחה על נעליים שמחירן 320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הסכום הנכון שהיה צריך להופיע ב'סה״כ לתשלום'?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העודף הנכון שהיה אמור לקבל קונה ששילם 500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180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25% הנחה על נעליים שמחירן 320 ₪ צריכה להיות 80 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חשוב לבדוק קבלה כדי לוודא שלא שילמנו יותר מדי.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לחשב 25% הנחה, מכפילים את המחיר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מחיר הנעליים לפני הנחה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הסכום הסופי שצריך לשלם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מסמך שמפרט מה קנינו ובכמה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סה״כ לתשלום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הורדה מהמחיר המקורי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בדיקת הקבלה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שהעודף שווה להפרש בין הסכום ששולם לסה״כ לתשלום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לחבר את כל הסכומים ולוודא שה'סה״כ לתשלום' 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שההנחה חושבה נכון לפי האחוז שכתוב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שמחירי הפריטים תואמים את המחיר בחנות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תקנו את הקבלה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שורה בקבלה היתה שגויה?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ההנחה הנכונה על הנעליים?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בודקים קבלה –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